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חנ״מ – חישובים נפשיים מהירים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סדר פעולות חשבון, עיגול ואומדן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שברים, אחוזים והשוואת מספרים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ליישם נוסחאות היקף, שטח ונפח בבעיות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סדר פעולות ועיגול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24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350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8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השוואת מספרים ואחוזים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0.75 גדול מ-0.7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אחוז הוא חלקי מאה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תרגילים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2. 54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3. 1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נוסחאות הנדסה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(2 כפול (אורך + רוחב))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(אורך כפול רוחב)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(סכום כל הצלעות)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בעיות מילוליות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12 בנות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60 סמ״ק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שהתלמיד יודע לזהות את סדר הפעולות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הבנה שאחוז הוא שבר מתוך מאה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שימוש נכון בנוסחה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לתת לתלמידים להיעזר בכפתור הרמז בדף המקורי לפני מענה 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את הדף לפי נושאים ולתרגל כל חלק בנפרד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בסעיפים ללא סימון skip_n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חנ״מ – חישובים נפשיים מהירים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תתרגלו צעד אחר צעד נושאים מרכזיים בחשבון לכיתות ה׳-ו׳: סדר פעולות, עיגול, שברים, אחוזים והנדסה.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54  ·  7  ·  1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סדר פעולות ועיגול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שווה 12 + 3 × 4?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מעוגל המספר 346 לעשרות הקרובות?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340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350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300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כמה שווה 20 - 4 × 3?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16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השוואת מספרים ואחוזים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3/4 גדול מ-0.7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45% שווה ל-0.45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תרגילים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8 × __________ = 56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__________ ÷ 6 = 9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0.25 כשבר פשוט הוא __________/4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נוסחאות הנדסה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היקף מלבן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סכום כל הצלעות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שטח מלבן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2 כפול (אורך + רוחב)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היקף משולש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אורך כפול רוחב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בעיות מילוליות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בכיתה 30 תלמידים, 40% מהם בנות. כמה בנות בכיתה?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תיבה שאורכה 5 ס״מ, רוחבה 3 ס״מ וגובהה 4 ס״מ. מה נפחה?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תרגיל אחד שבו צריך להשתמש בסדר פעולות חשבון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ההבדל בין שבר עשרוני לאחוז?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חנ״מ – חישובים נפשיים מהירים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