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חשבון, עיגול ואומדן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שברים, אחוזים והשוואת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נוסחאות היקף, שטח ונפח בבעיות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פעולות ועיגול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2,600,000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בחיסור בסוגריים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השוואת מספרים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0.75 גדול מ-0.7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אחוז הוא חלקי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0.5 גדול מ-0.4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בודקים ספרה אחר ספרה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0.3 שווה ל-3/10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6. 0.5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נוסחאות הנדסה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(2 כפול (אורך + רוחב))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((בסיס כפול גובה) חלקי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(אורך כפול רוחב כפול 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(סכום כל הצלעות)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יודע לזהות את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שאחוז הוא שבר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שימוש נכון בנוסחה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להיעזר בכפתור הרמז בדף המקורי לפני מענה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נושאים ולתרגל כל חלק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בסעיפים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קצרים בחשבון. בכל תרגיל יש שאלה אחת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 חשבון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איזו פעולה עושים קודם בתרגיל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מספר קרוב ועגול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מתוך 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נקודה, כמו 0.5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הקו שמקיף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יש בתוך צורה שטוחה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יש בתוך גוף תלת ממדי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 פעולות ועיגול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עגלו את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פתרו את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עגלו את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2,600,000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2,700,000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2,650,000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פתרו לפי סדר הפעולות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בחיסור בסוגריים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בחילוק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השוואת מספרים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3/4 גדול מ-0.7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45% שווה ל-0.45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1/2 קטן מ-2/5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1,250,000 גדול מ-1,205,000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0.3 שווה ל-3/100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 × __________ = 56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÷ 6 =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0.25 כשבר פשוט הוא __________/4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3.5 + __________ =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60% מתוך 200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ציר המספרים הנקודה בין 0 ל-1 שמסמנת חצי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נוסחאות 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אורך כפול רוחב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כל הצלעות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שטח משולש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אורך כפול רוחב כפול 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נפח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(בסיס כפול גובה) חלקי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היקף משולש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 כפול (אורך + רוחב)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30 תלמידים, 40% מהם בנות. כמה בנות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חולצה 80 שקלים הוזל ב-25%. מה המחיר החדש?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ממוצע הציונים של 4 תלמידים הוא 82. שלושה קיבלו 80, 85, 90. מה קיבל הרביעי?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תיבה שאורכה 5 ס״מ, רוחבה 3 ס״מ וגובהה 4 ס״מ. מה נפחה?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תרגיל אחד שבו צריך להשתמש בסדר פעולות חשבון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שבר עשרוני לאחוז?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לנוסחת שטח או נפח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חישובים נפשיים מהירים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