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חישובים נפשיים מהירים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פעולות חשבון, עיגול ואומדן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שברים, אחוזים והשוואת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נוסחאות היקף, שטח ונפח בבעיות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 פעולות ועיגול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2,600,000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בחיסור בסוגריים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השוואת מספרים ואחוזים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0.75 גדול מ-0.7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אחוז הוא חלקי 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0.5 גדול מ-0.4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בודקים ספרה אחר ספרה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0.3 שווה ל-3/10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תרגילים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6. 0.5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נוסחאות הנדסה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(2 כפול (אורך + רוחב))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(אורך כפול רוחב)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((בסיס כפול גובה) חלקי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(אורך כפול רוחב כפול 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(סכום כל הצלעות)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60 סמ״ק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יודע לזהות את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הבנה שאחוז הוא שבר מתוך מאה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שימוש נכון בנוסחה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להיעזר בכפתור הרמז בדף המקורי לפני מענה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לפי נושאים ולתרגל כל חלק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בסעיפים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חישובים נפשיים מהירים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צעד אחר צעד נושאים מרכזיים בחשבון לכיתות ה׳-ו׳: סדר פעולות, עיגול, שברים, אחוזים והנדסה.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 פעולות ועיגול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שווה 12 + 3 ×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מעוגל המספר 346 לעשרות הקרובות?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שווה 5 + 3 ×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המספר 2,648,000 מעוגל למאה אלף הקרובה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2,600,000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2,700,000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2,650,000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שווה 20 - 4 ×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פעולה מתחילים בתרגיל 6 + 2 × (8-3)?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בחיסור בסוגריים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בחילוק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השוואת מספרים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3/4 גדול מ-0.7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45% שווה ל-0.45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1/2 קטן מ-2/5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1,250,000 גדול מ-1,205,000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0.3 שווה ל-3/100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8 × __________ = 56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÷ 6 = 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0.25 כשבר פשוט הוא __________/4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3.5 + __________ = 10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60% מתוך 200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על ציר המספרים הנקודה בין 0 ל-1 שמסמנת חצי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נוסחאות הנדסה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היקף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אורך כפול רוחב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שטח מלבן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אורך כפול רוחב כפול 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שטח משולש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 כפול (אורך + רוחב)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נפח 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סכום כל הצלעות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היקף משולש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(בסיס כפול גובה) חלקי 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בכיתה 30 תלמידים, 40% מהם בנות. כמה בנות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מחיר חולצה 80 שקלים הוזל ב-25%. מה המחיר החדש?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ממוצע הציונים של 4 תלמידים הוא 82. שלושה קיבלו 80, 85, 90. מה קיבל הרביעי?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תיבה שאורכה 5 ס״מ, רוחבה 3 ס״מ וגובהה 4 ס״מ. מה נפחה?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תרגיל אחד שבו צריך להשתמש בסדר פעולות חשבון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שבר עשרוני לאחוז?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לנוסחת שטח או נפח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חנ״מ – חישובים נפשיים מהירים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